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B9E41" w14:textId="2EBCC4AF" w:rsidR="00781A66" w:rsidRPr="004926DA" w:rsidRDefault="00781A66" w:rsidP="00781A66">
      <w:pPr>
        <w:rPr>
          <w:sz w:val="24"/>
          <w:szCs w:val="24"/>
        </w:rPr>
      </w:pPr>
    </w:p>
    <w:p w14:paraId="46D4FDF6" w14:textId="77777777" w:rsidR="00182AA2" w:rsidRPr="006E0CCA" w:rsidRDefault="00182AA2" w:rsidP="006E0CCA">
      <w:pPr>
        <w:pStyle w:val="Title"/>
        <w:jc w:val="center"/>
      </w:pPr>
      <w:r w:rsidRPr="006E0CCA">
        <w:t xml:space="preserve">Classroom Clash </w:t>
      </w:r>
      <w:r w:rsidR="0050240C" w:rsidRPr="006E0CCA">
        <w:t>Super Samples</w:t>
      </w:r>
    </w:p>
    <w:p w14:paraId="5DA06C61" w14:textId="4C006950" w:rsidR="0050240C" w:rsidRPr="006E0CCA" w:rsidRDefault="0050240C" w:rsidP="006E0CCA">
      <w:pPr>
        <w:pStyle w:val="Title"/>
        <w:jc w:val="center"/>
      </w:pPr>
      <w:r w:rsidRPr="006E0CCA">
        <w:t>Beat the Clock Challenge</w:t>
      </w:r>
    </w:p>
    <w:p w14:paraId="3DBFEC3A" w14:textId="78EA8595" w:rsidR="00182AA2" w:rsidRPr="004926DA" w:rsidRDefault="00182AA2" w:rsidP="00182AA2">
      <w:pPr>
        <w:spacing w:after="160" w:line="259" w:lineRule="auto"/>
        <w:jc w:val="center"/>
        <w:rPr>
          <w:b/>
          <w:bCs/>
          <w:sz w:val="24"/>
          <w:szCs w:val="24"/>
        </w:rPr>
      </w:pPr>
      <w:r w:rsidRPr="004926DA">
        <w:rPr>
          <w:b/>
          <w:bCs/>
          <w:noProof/>
          <w:sz w:val="24"/>
          <w:szCs w:val="24"/>
        </w:rPr>
        <w:drawing>
          <wp:inline distT="0" distB="0" distL="0" distR="0" wp14:anchorId="58139B5D" wp14:editId="73F044A5">
            <wp:extent cx="4065530" cy="5750560"/>
            <wp:effectExtent l="0" t="0" r="0" b="2540"/>
            <wp:docPr id="108807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73572" name="Picture 10880735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0339" cy="5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9412" w14:textId="77777777" w:rsidR="00182AA2" w:rsidRPr="004926DA" w:rsidRDefault="00182AA2" w:rsidP="00182AA2">
      <w:pPr>
        <w:spacing w:after="160" w:line="259" w:lineRule="auto"/>
        <w:rPr>
          <w:b/>
          <w:bCs/>
          <w:sz w:val="24"/>
          <w:szCs w:val="24"/>
        </w:rPr>
      </w:pPr>
    </w:p>
    <w:p w14:paraId="75138906" w14:textId="77777777" w:rsidR="00182AA2" w:rsidRPr="004926DA" w:rsidRDefault="00182AA2" w:rsidP="00182AA2">
      <w:pPr>
        <w:spacing w:after="160" w:line="259" w:lineRule="auto"/>
        <w:rPr>
          <w:b/>
          <w:bCs/>
          <w:sz w:val="24"/>
          <w:szCs w:val="24"/>
        </w:rPr>
      </w:pPr>
    </w:p>
    <w:p w14:paraId="0DE1AAB3" w14:textId="77777777" w:rsidR="00182AA2" w:rsidRPr="004926DA" w:rsidRDefault="00182AA2" w:rsidP="00182AA2">
      <w:pPr>
        <w:spacing w:after="160" w:line="259" w:lineRule="auto"/>
        <w:rPr>
          <w:b/>
          <w:bCs/>
          <w:sz w:val="24"/>
          <w:szCs w:val="24"/>
        </w:rPr>
      </w:pPr>
    </w:p>
    <w:p w14:paraId="5CCB0132" w14:textId="255E3F70" w:rsidR="005D6720" w:rsidRPr="004926DA" w:rsidRDefault="005D6720" w:rsidP="007D2563">
      <w:pPr>
        <w:pStyle w:val="Heading2"/>
        <w:rPr>
          <w:rFonts w:asciiTheme="minorHAnsi" w:eastAsiaTheme="minorEastAsia" w:hAnsiTheme="minorHAnsi" w:cstheme="minorBidi"/>
          <w:color w:val="auto"/>
          <w:sz w:val="24"/>
          <w:szCs w:val="24"/>
        </w:rPr>
      </w:pPr>
      <w:r w:rsidRPr="004926DA">
        <w:rPr>
          <w:sz w:val="24"/>
          <w:szCs w:val="24"/>
        </w:rPr>
        <w:lastRenderedPageBreak/>
        <w:t xml:space="preserve">Biomedical Science Day </w:t>
      </w:r>
      <w:r w:rsidR="004A44F3" w:rsidRPr="004926DA">
        <w:rPr>
          <w:sz w:val="24"/>
          <w:szCs w:val="24"/>
        </w:rPr>
        <w:t>4</w:t>
      </w:r>
      <w:r w:rsidR="004A44F3" w:rsidRPr="004926DA">
        <w:rPr>
          <w:sz w:val="24"/>
          <w:szCs w:val="24"/>
          <w:vertAlign w:val="superscript"/>
        </w:rPr>
        <w:t>th</w:t>
      </w:r>
      <w:r w:rsidR="004A44F3" w:rsidRPr="004926DA">
        <w:rPr>
          <w:sz w:val="24"/>
          <w:szCs w:val="24"/>
        </w:rPr>
        <w:t xml:space="preserve"> June </w:t>
      </w:r>
      <w:r w:rsidRPr="004926DA">
        <w:rPr>
          <w:sz w:val="24"/>
          <w:szCs w:val="24"/>
        </w:rPr>
        <w:t>2026 – School Take Part Guide</w:t>
      </w:r>
    </w:p>
    <w:p w14:paraId="10F4C5F6" w14:textId="48332DE3" w:rsidR="0031215B" w:rsidRPr="004926DA" w:rsidRDefault="00000000">
      <w:pPr>
        <w:rPr>
          <w:sz w:val="24"/>
          <w:szCs w:val="24"/>
        </w:rPr>
      </w:pPr>
      <w:r w:rsidRPr="004926DA">
        <w:rPr>
          <w:sz w:val="24"/>
          <w:szCs w:val="24"/>
        </w:rPr>
        <w:t>A classroom challenge introducing biomedical science careers</w:t>
      </w:r>
      <w:r w:rsidRPr="004926DA">
        <w:rPr>
          <w:sz w:val="24"/>
          <w:szCs w:val="24"/>
        </w:rPr>
        <w:br/>
        <w:t xml:space="preserve">My World of Work </w:t>
      </w:r>
      <w:r w:rsidR="005001C6">
        <w:rPr>
          <w:sz w:val="24"/>
          <w:szCs w:val="24"/>
        </w:rPr>
        <w:t xml:space="preserve">and </w:t>
      </w:r>
      <w:r w:rsidRPr="004926DA">
        <w:rPr>
          <w:sz w:val="24"/>
          <w:szCs w:val="24"/>
        </w:rPr>
        <w:t>NHS Scotland Careers</w:t>
      </w:r>
      <w:r w:rsidR="005001C6">
        <w:rPr>
          <w:sz w:val="24"/>
          <w:szCs w:val="24"/>
        </w:rPr>
        <w:t xml:space="preserve"> </w:t>
      </w:r>
      <w:r w:rsidR="004A44F3" w:rsidRPr="004926DA">
        <w:rPr>
          <w:sz w:val="24"/>
          <w:szCs w:val="24"/>
        </w:rPr>
        <w:t>celebrat</w:t>
      </w:r>
      <w:r w:rsidR="005001C6">
        <w:rPr>
          <w:sz w:val="24"/>
          <w:szCs w:val="24"/>
        </w:rPr>
        <w:t>ing</w:t>
      </w:r>
      <w:r w:rsidR="004A44F3" w:rsidRPr="004926DA">
        <w:rPr>
          <w:sz w:val="24"/>
          <w:szCs w:val="24"/>
        </w:rPr>
        <w:t xml:space="preserve"> </w:t>
      </w:r>
      <w:r w:rsidR="004A44F3" w:rsidRPr="004926DA">
        <w:rPr>
          <w:b/>
          <w:bCs/>
          <w:sz w:val="24"/>
          <w:szCs w:val="24"/>
        </w:rPr>
        <w:t>Biomedical Science Day</w:t>
      </w:r>
      <w:r w:rsidR="004A44F3" w:rsidRPr="004926DA">
        <w:rPr>
          <w:sz w:val="24"/>
          <w:szCs w:val="24"/>
        </w:rPr>
        <w:t xml:space="preserve"> on </w:t>
      </w:r>
      <w:r w:rsidR="004A44F3" w:rsidRPr="004926DA">
        <w:rPr>
          <w:b/>
          <w:bCs/>
          <w:sz w:val="24"/>
          <w:szCs w:val="24"/>
        </w:rPr>
        <w:t xml:space="preserve">the </w:t>
      </w:r>
      <w:proofErr w:type="gramStart"/>
      <w:r w:rsidR="004A44F3" w:rsidRPr="004926DA">
        <w:rPr>
          <w:b/>
          <w:bCs/>
          <w:sz w:val="24"/>
          <w:szCs w:val="24"/>
        </w:rPr>
        <w:t>4</w:t>
      </w:r>
      <w:r w:rsidR="004A44F3" w:rsidRPr="004926DA">
        <w:rPr>
          <w:b/>
          <w:bCs/>
          <w:sz w:val="24"/>
          <w:szCs w:val="24"/>
          <w:vertAlign w:val="superscript"/>
        </w:rPr>
        <w:t>th</w:t>
      </w:r>
      <w:proofErr w:type="gramEnd"/>
      <w:r w:rsidR="004A44F3" w:rsidRPr="004926DA">
        <w:rPr>
          <w:b/>
          <w:bCs/>
          <w:sz w:val="24"/>
          <w:szCs w:val="24"/>
        </w:rPr>
        <w:t xml:space="preserve"> June.</w:t>
      </w:r>
      <w:r w:rsidR="004A44F3" w:rsidRPr="004926DA">
        <w:rPr>
          <w:sz w:val="24"/>
          <w:szCs w:val="24"/>
        </w:rPr>
        <w:t xml:space="preserve">  Participation is from </w:t>
      </w:r>
      <w:r w:rsidR="004A44F3" w:rsidRPr="004926DA">
        <w:rPr>
          <w:b/>
          <w:bCs/>
          <w:sz w:val="24"/>
          <w:szCs w:val="24"/>
        </w:rPr>
        <w:t xml:space="preserve">Monday </w:t>
      </w:r>
      <w:r w:rsidR="00182AA2" w:rsidRPr="004926DA">
        <w:rPr>
          <w:b/>
          <w:bCs/>
          <w:sz w:val="24"/>
          <w:szCs w:val="24"/>
        </w:rPr>
        <w:t>1</w:t>
      </w:r>
      <w:r w:rsidR="00182AA2" w:rsidRPr="004926DA">
        <w:rPr>
          <w:b/>
          <w:bCs/>
          <w:sz w:val="24"/>
          <w:szCs w:val="24"/>
          <w:vertAlign w:val="superscript"/>
        </w:rPr>
        <w:t>st</w:t>
      </w:r>
      <w:r w:rsidR="00182AA2" w:rsidRPr="004926DA">
        <w:rPr>
          <w:b/>
          <w:bCs/>
          <w:sz w:val="24"/>
          <w:szCs w:val="24"/>
        </w:rPr>
        <w:t xml:space="preserve"> June to Friday 5</w:t>
      </w:r>
      <w:r w:rsidR="00182AA2" w:rsidRPr="004926DA">
        <w:rPr>
          <w:b/>
          <w:bCs/>
          <w:sz w:val="24"/>
          <w:szCs w:val="24"/>
          <w:vertAlign w:val="superscript"/>
        </w:rPr>
        <w:t>th</w:t>
      </w:r>
      <w:r w:rsidR="00182AA2" w:rsidRPr="004926DA">
        <w:rPr>
          <w:b/>
          <w:bCs/>
          <w:sz w:val="24"/>
          <w:szCs w:val="24"/>
        </w:rPr>
        <w:t xml:space="preserve"> June 2026.</w:t>
      </w:r>
    </w:p>
    <w:p w14:paraId="195B32C8" w14:textId="1F123013" w:rsidR="0031215B" w:rsidRPr="004926DA" w:rsidRDefault="00000000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 xml:space="preserve">What is </w:t>
      </w:r>
      <w:r w:rsidR="00727E3F" w:rsidRPr="004926DA">
        <w:rPr>
          <w:sz w:val="24"/>
          <w:szCs w:val="24"/>
        </w:rPr>
        <w:t>Classroom Clash ‘</w:t>
      </w:r>
      <w:r w:rsidRPr="004926DA">
        <w:rPr>
          <w:sz w:val="24"/>
          <w:szCs w:val="24"/>
        </w:rPr>
        <w:t>Super Samples</w:t>
      </w:r>
      <w:r w:rsidR="00727E3F" w:rsidRPr="004926DA">
        <w:rPr>
          <w:sz w:val="24"/>
          <w:szCs w:val="24"/>
        </w:rPr>
        <w:t>’</w:t>
      </w:r>
      <w:r w:rsidRPr="004926DA">
        <w:rPr>
          <w:sz w:val="24"/>
          <w:szCs w:val="24"/>
        </w:rPr>
        <w:t>?</w:t>
      </w:r>
    </w:p>
    <w:p w14:paraId="4024D1A3" w14:textId="77777777" w:rsidR="00F65FF8" w:rsidRPr="004926DA" w:rsidRDefault="00F65FF8" w:rsidP="00F65FF8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Super Samples is an interactive classroom activity that introduces pupils to </w:t>
      </w:r>
      <w:r w:rsidRPr="00ED42FF">
        <w:rPr>
          <w:b/>
          <w:bCs/>
          <w:sz w:val="24"/>
          <w:szCs w:val="24"/>
        </w:rPr>
        <w:t>biomedical science and NHS laboratory careers</w:t>
      </w:r>
      <w:r w:rsidRPr="00ED42FF">
        <w:rPr>
          <w:sz w:val="24"/>
          <w:szCs w:val="24"/>
        </w:rPr>
        <w:t xml:space="preserve"> by following the journey of patient samples through a hospital laboratory.</w:t>
      </w:r>
    </w:p>
    <w:p w14:paraId="1BEDDA2A" w14:textId="4BBE80D1" w:rsidR="00DF2BB8" w:rsidRPr="004926DA" w:rsidRDefault="00DF2BB8" w:rsidP="00DF2BB8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 xml:space="preserve">What is the </w:t>
      </w:r>
      <w:r w:rsidRPr="004926DA">
        <w:rPr>
          <w:sz w:val="24"/>
          <w:szCs w:val="24"/>
        </w:rPr>
        <w:t>Super Samples: Beat the Clock Challenge</w:t>
      </w:r>
    </w:p>
    <w:p w14:paraId="36824C4D" w14:textId="25D977A9" w:rsidR="009B35E0" w:rsidRDefault="00F65FF8">
      <w:pPr>
        <w:rPr>
          <w:b/>
          <w:bCs/>
          <w:sz w:val="24"/>
          <w:szCs w:val="24"/>
        </w:rPr>
      </w:pPr>
      <w:r w:rsidRPr="004926DA">
        <w:rPr>
          <w:sz w:val="24"/>
          <w:szCs w:val="24"/>
        </w:rPr>
        <w:t xml:space="preserve">For </w:t>
      </w:r>
      <w:r w:rsidRPr="004926DA">
        <w:rPr>
          <w:b/>
          <w:bCs/>
          <w:sz w:val="24"/>
          <w:szCs w:val="24"/>
        </w:rPr>
        <w:t>Biomedical Science Day 2026</w:t>
      </w:r>
      <w:r w:rsidRPr="004926DA">
        <w:rPr>
          <w:sz w:val="24"/>
          <w:szCs w:val="24"/>
        </w:rPr>
        <w:t xml:space="preserve">, schools are invited to take part in the </w:t>
      </w:r>
      <w:r w:rsidRPr="004926DA">
        <w:rPr>
          <w:b/>
          <w:bCs/>
          <w:sz w:val="24"/>
          <w:szCs w:val="24"/>
        </w:rPr>
        <w:t>Super Samples: Beat the Clock Challenge</w:t>
      </w:r>
      <w:r w:rsidRPr="004926DA">
        <w:rPr>
          <w:sz w:val="24"/>
          <w:szCs w:val="24"/>
        </w:rPr>
        <w:t xml:space="preserve"> – a fun, team</w:t>
      </w:r>
      <w:r w:rsidRPr="004926DA">
        <w:rPr>
          <w:sz w:val="24"/>
          <w:szCs w:val="24"/>
        </w:rPr>
        <w:noBreakHyphen/>
        <w:t xml:space="preserve">based activity where learners work together </w:t>
      </w:r>
      <w:r w:rsidRPr="004926DA">
        <w:rPr>
          <w:b/>
          <w:bCs/>
          <w:sz w:val="24"/>
          <w:szCs w:val="24"/>
        </w:rPr>
        <w:t>against time</w:t>
      </w:r>
      <w:r w:rsidRPr="004926DA">
        <w:rPr>
          <w:sz w:val="24"/>
          <w:szCs w:val="24"/>
        </w:rPr>
        <w:t xml:space="preserve">, just like real NHS laboratory </w:t>
      </w:r>
      <w:r w:rsidR="00DB5487" w:rsidRPr="004926DA">
        <w:rPr>
          <w:sz w:val="24"/>
          <w:szCs w:val="24"/>
        </w:rPr>
        <w:t xml:space="preserve">using the Super Samples game. </w:t>
      </w:r>
      <w:r w:rsidR="009B35E0" w:rsidRPr="004926DA">
        <w:rPr>
          <w:sz w:val="24"/>
          <w:szCs w:val="24"/>
        </w:rPr>
        <w:t>Super Samples supports learning for life and work by helping young people see how science can lead to meaningful careers in healthcare.</w:t>
      </w:r>
    </w:p>
    <w:p w14:paraId="75CC72A4" w14:textId="3E96CD6C" w:rsidR="0031215B" w:rsidRPr="004926DA" w:rsidRDefault="00DB5487">
      <w:pPr>
        <w:rPr>
          <w:sz w:val="24"/>
          <w:szCs w:val="24"/>
        </w:rPr>
      </w:pPr>
      <w:r w:rsidRPr="004926DA">
        <w:rPr>
          <w:b/>
          <w:bCs/>
          <w:sz w:val="24"/>
          <w:szCs w:val="24"/>
        </w:rPr>
        <w:t>The focus is on participation, curiosity and teamwork</w:t>
      </w:r>
      <w:r w:rsidR="00AE3442" w:rsidRPr="004926DA">
        <w:rPr>
          <w:b/>
          <w:bCs/>
          <w:sz w:val="24"/>
          <w:szCs w:val="24"/>
        </w:rPr>
        <w:t>!</w:t>
      </w:r>
    </w:p>
    <w:p w14:paraId="3F56F96F" w14:textId="77777777" w:rsidR="0031215B" w:rsidRPr="004926DA" w:rsidRDefault="00000000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>How to take part</w:t>
      </w:r>
    </w:p>
    <w:p w14:paraId="530BACEE" w14:textId="77777777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b/>
          <w:bCs/>
          <w:sz w:val="24"/>
          <w:szCs w:val="24"/>
        </w:rPr>
        <w:t>Work as an NHS laboratory team to test and process as many samples as possible before time runs out.</w:t>
      </w:r>
    </w:p>
    <w:p w14:paraId="01F60014" w14:textId="77777777" w:rsidR="0078568E" w:rsidRPr="00ED42FF" w:rsidRDefault="0078568E" w:rsidP="0078568E">
      <w:pPr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Pupils race </w:t>
      </w:r>
      <w:r w:rsidRPr="00ED42FF">
        <w:rPr>
          <w:b/>
          <w:bCs/>
          <w:sz w:val="24"/>
          <w:szCs w:val="24"/>
        </w:rPr>
        <w:t>against the clock</w:t>
      </w:r>
      <w:r w:rsidRPr="00ED42FF">
        <w:rPr>
          <w:sz w:val="24"/>
          <w:szCs w:val="24"/>
        </w:rPr>
        <w:t>, not against other schools</w:t>
      </w:r>
    </w:p>
    <w:p w14:paraId="556DBC08" w14:textId="77777777" w:rsidR="0078568E" w:rsidRPr="00ED42FF" w:rsidRDefault="0078568E" w:rsidP="0078568E">
      <w:pPr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Success is about: </w:t>
      </w:r>
    </w:p>
    <w:p w14:paraId="6DD364A9" w14:textId="77777777" w:rsidR="0078568E" w:rsidRPr="00ED42FF" w:rsidRDefault="0078568E" w:rsidP="0078568E">
      <w:pPr>
        <w:numPr>
          <w:ilvl w:val="1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teamwork</w:t>
      </w:r>
    </w:p>
    <w:p w14:paraId="61C98B7F" w14:textId="77777777" w:rsidR="0078568E" w:rsidRPr="00ED42FF" w:rsidRDefault="0078568E" w:rsidP="0078568E">
      <w:pPr>
        <w:numPr>
          <w:ilvl w:val="1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communication</w:t>
      </w:r>
    </w:p>
    <w:p w14:paraId="0BF97AC1" w14:textId="77777777" w:rsidR="0078568E" w:rsidRPr="00ED42FF" w:rsidRDefault="0078568E" w:rsidP="0078568E">
      <w:pPr>
        <w:numPr>
          <w:ilvl w:val="1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problem</w:t>
      </w:r>
      <w:r w:rsidRPr="00ED42FF">
        <w:rPr>
          <w:sz w:val="24"/>
          <w:szCs w:val="24"/>
        </w:rPr>
        <w:noBreakHyphen/>
        <w:t>solving</w:t>
      </w:r>
    </w:p>
    <w:p w14:paraId="7CE6FC00" w14:textId="77777777" w:rsidR="0078568E" w:rsidRPr="00ED42FF" w:rsidRDefault="0078568E" w:rsidP="0078568E">
      <w:pPr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Every class that takes part is </w:t>
      </w:r>
      <w:proofErr w:type="spellStart"/>
      <w:r w:rsidRPr="00ED42FF">
        <w:rPr>
          <w:sz w:val="24"/>
          <w:szCs w:val="24"/>
        </w:rPr>
        <w:t>recognised</w:t>
      </w:r>
      <w:proofErr w:type="spellEnd"/>
      <w:r w:rsidRPr="00ED42FF">
        <w:rPr>
          <w:sz w:val="24"/>
          <w:szCs w:val="24"/>
        </w:rPr>
        <w:t xml:space="preserve"> – </w:t>
      </w:r>
      <w:r w:rsidRPr="00ED42FF">
        <w:rPr>
          <w:b/>
          <w:bCs/>
          <w:sz w:val="24"/>
          <w:szCs w:val="24"/>
        </w:rPr>
        <w:t>there is no pass or fail</w:t>
      </w:r>
    </w:p>
    <w:p w14:paraId="7A69364E" w14:textId="625D71B5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This reflects how biomedical scientists work every day to deliver timely, accurate results that support patient care. </w:t>
      </w:r>
    </w:p>
    <w:p w14:paraId="3155579B" w14:textId="77777777" w:rsidR="0078568E" w:rsidRPr="004926DA" w:rsidRDefault="0078568E" w:rsidP="00182AA2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>What Schools Need to Do</w:t>
      </w:r>
    </w:p>
    <w:p w14:paraId="320EA628" w14:textId="77777777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Taking part is simple and flexible.</w:t>
      </w:r>
    </w:p>
    <w:p w14:paraId="770925FE" w14:textId="66EAB496" w:rsidR="0078568E" w:rsidRPr="00ED42FF" w:rsidRDefault="0078568E" w:rsidP="0078568E">
      <w:pPr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ED42FF">
        <w:rPr>
          <w:b/>
          <w:bCs/>
          <w:sz w:val="24"/>
          <w:szCs w:val="24"/>
        </w:rPr>
        <w:t>Run the Super Samples / Classroom Clash activity</w:t>
      </w:r>
      <w:r w:rsidRPr="00ED42FF">
        <w:rPr>
          <w:sz w:val="24"/>
          <w:szCs w:val="24"/>
        </w:rPr>
        <w:br/>
        <w:t>Use the ready</w:t>
      </w:r>
      <w:r w:rsidRPr="00ED42FF">
        <w:rPr>
          <w:sz w:val="24"/>
          <w:szCs w:val="24"/>
        </w:rPr>
        <w:noBreakHyphen/>
        <w:t>made lesson plan and game resources</w:t>
      </w:r>
      <w:r w:rsidR="00BE0E1B">
        <w:rPr>
          <w:sz w:val="24"/>
          <w:szCs w:val="24"/>
        </w:rPr>
        <w:t xml:space="preserve"> (see the links and QR codes)</w:t>
      </w:r>
    </w:p>
    <w:p w14:paraId="35037CD5" w14:textId="51724028" w:rsidR="0078568E" w:rsidRPr="00ED42FF" w:rsidRDefault="0078568E" w:rsidP="0078568E">
      <w:pPr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ED42FF">
        <w:rPr>
          <w:b/>
          <w:bCs/>
          <w:sz w:val="24"/>
          <w:szCs w:val="24"/>
        </w:rPr>
        <w:lastRenderedPageBreak/>
        <w:t>Set a time limit</w:t>
      </w:r>
      <w:r w:rsidRPr="00ED42FF">
        <w:rPr>
          <w:sz w:val="24"/>
          <w:szCs w:val="24"/>
        </w:rPr>
        <w:br/>
        <w:t>For example, one lesson</w:t>
      </w:r>
      <w:r w:rsidR="00E53F7C">
        <w:rPr>
          <w:sz w:val="24"/>
          <w:szCs w:val="24"/>
        </w:rPr>
        <w:t xml:space="preserve"> take</w:t>
      </w:r>
      <w:r w:rsidR="00A1111E">
        <w:rPr>
          <w:sz w:val="24"/>
          <w:szCs w:val="24"/>
        </w:rPr>
        <w:t>-</w:t>
      </w:r>
      <w:r w:rsidR="00E53F7C">
        <w:rPr>
          <w:sz w:val="24"/>
          <w:szCs w:val="24"/>
        </w:rPr>
        <w:t>over to try out as many attempts</w:t>
      </w:r>
      <w:r w:rsidRPr="00ED42FF">
        <w:rPr>
          <w:sz w:val="24"/>
          <w:szCs w:val="24"/>
        </w:rPr>
        <w:t xml:space="preserve"> or a set countdown</w:t>
      </w:r>
      <w:r w:rsidR="00E53F7C">
        <w:rPr>
          <w:sz w:val="24"/>
          <w:szCs w:val="24"/>
        </w:rPr>
        <w:t xml:space="preserve"> on the number of attempts</w:t>
      </w:r>
      <w:r w:rsidRPr="00ED42FF">
        <w:rPr>
          <w:sz w:val="24"/>
          <w:szCs w:val="24"/>
        </w:rPr>
        <w:t>.</w:t>
      </w:r>
    </w:p>
    <w:p w14:paraId="61D8BF15" w14:textId="5EAF8543" w:rsidR="0078568E" w:rsidRPr="00ED42FF" w:rsidRDefault="0078568E" w:rsidP="0078568E">
      <w:pPr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ED42FF">
        <w:rPr>
          <w:b/>
          <w:bCs/>
          <w:sz w:val="24"/>
          <w:szCs w:val="24"/>
        </w:rPr>
        <w:t>Work in teams</w:t>
      </w:r>
      <w:r w:rsidRPr="00ED42FF">
        <w:rPr>
          <w:sz w:val="24"/>
          <w:szCs w:val="24"/>
        </w:rPr>
        <w:br/>
        <w:t xml:space="preserve">Pupils take on </w:t>
      </w:r>
      <w:r w:rsidR="00A1111E">
        <w:rPr>
          <w:sz w:val="24"/>
          <w:szCs w:val="24"/>
        </w:rPr>
        <w:t xml:space="preserve">biomedical scientist </w:t>
      </w:r>
      <w:r w:rsidRPr="00ED42FF">
        <w:rPr>
          <w:sz w:val="24"/>
          <w:szCs w:val="24"/>
        </w:rPr>
        <w:t>roles, make decisions and process samples as efficiently as possible</w:t>
      </w:r>
      <w:r w:rsidR="00E53F7C">
        <w:rPr>
          <w:sz w:val="24"/>
          <w:szCs w:val="24"/>
        </w:rPr>
        <w:t xml:space="preserve"> – </w:t>
      </w:r>
      <w:r w:rsidR="00580C61">
        <w:rPr>
          <w:sz w:val="24"/>
          <w:szCs w:val="24"/>
        </w:rPr>
        <w:t>add their scores to the classroom board table.</w:t>
      </w:r>
    </w:p>
    <w:p w14:paraId="1AF0644D" w14:textId="454C507D" w:rsidR="0078568E" w:rsidRPr="006E0CCA" w:rsidRDefault="005B0B7B" w:rsidP="0078568E">
      <w:pPr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4926DA">
        <w:rPr>
          <w:b/>
          <w:bCs/>
          <w:sz w:val="24"/>
          <w:szCs w:val="24"/>
        </w:rPr>
        <w:t xml:space="preserve">Take part in one of the mock lab experiments from the lesson plan </w:t>
      </w:r>
      <w:r w:rsidRPr="00A1111E">
        <w:rPr>
          <w:sz w:val="24"/>
          <w:szCs w:val="24"/>
        </w:rPr>
        <w:t>(</w:t>
      </w:r>
      <w:r w:rsidR="0078568E" w:rsidRPr="00ED42FF">
        <w:rPr>
          <w:sz w:val="24"/>
          <w:szCs w:val="24"/>
        </w:rPr>
        <w:t>optional)</w:t>
      </w:r>
    </w:p>
    <w:p w14:paraId="6878279B" w14:textId="554A356C" w:rsidR="0078568E" w:rsidRPr="004926DA" w:rsidRDefault="0078568E" w:rsidP="005B0B7B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>How to Share Your Participation</w:t>
      </w:r>
    </w:p>
    <w:p w14:paraId="64945D91" w14:textId="77777777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Schools can choose </w:t>
      </w:r>
      <w:r w:rsidRPr="00ED42FF">
        <w:rPr>
          <w:b/>
          <w:bCs/>
          <w:sz w:val="24"/>
          <w:szCs w:val="24"/>
        </w:rPr>
        <w:t>one or more</w:t>
      </w:r>
      <w:r w:rsidRPr="00ED42FF">
        <w:rPr>
          <w:sz w:val="24"/>
          <w:szCs w:val="24"/>
        </w:rPr>
        <w:t xml:space="preserve"> ways to share their involvement:</w:t>
      </w:r>
    </w:p>
    <w:p w14:paraId="2AD671F9" w14:textId="77777777" w:rsidR="0078568E" w:rsidRPr="00ED42FF" w:rsidRDefault="0078568E" w:rsidP="0078568E">
      <w:pPr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t>✅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Share your team score</w:t>
      </w:r>
      <w:r w:rsidRPr="00ED42FF">
        <w:rPr>
          <w:sz w:val="24"/>
          <w:szCs w:val="24"/>
        </w:rPr>
        <w:br/>
      </w:r>
      <w:r w:rsidRPr="00ED42FF">
        <w:rPr>
          <w:i/>
          <w:iCs/>
          <w:sz w:val="24"/>
          <w:szCs w:val="24"/>
        </w:rPr>
        <w:t>“Our class processed 18 samples in 30 minutes.”</w:t>
      </w:r>
    </w:p>
    <w:p w14:paraId="7FDF1F51" w14:textId="77777777" w:rsidR="0078568E" w:rsidRPr="00ED42FF" w:rsidRDefault="0078568E" w:rsidP="0078568E">
      <w:pPr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t>✅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Share a photo</w:t>
      </w:r>
    </w:p>
    <w:p w14:paraId="2DC159AB" w14:textId="77777777" w:rsidR="0078568E" w:rsidRPr="00ED42FF" w:rsidRDefault="0078568E" w:rsidP="0078568E">
      <w:pPr>
        <w:numPr>
          <w:ilvl w:val="1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Teams working together</w:t>
      </w:r>
    </w:p>
    <w:p w14:paraId="6D99B6AE" w14:textId="3B767C3B" w:rsidR="0078568E" w:rsidRPr="00ED42FF" w:rsidRDefault="0078568E" w:rsidP="0078568E">
      <w:pPr>
        <w:numPr>
          <w:ilvl w:val="1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Lab boards, </w:t>
      </w:r>
      <w:r w:rsidR="005B0B7B" w:rsidRPr="004926DA">
        <w:rPr>
          <w:sz w:val="24"/>
          <w:szCs w:val="24"/>
        </w:rPr>
        <w:t xml:space="preserve">mock lab experiment </w:t>
      </w:r>
      <w:r w:rsidRPr="00ED42FF">
        <w:rPr>
          <w:sz w:val="24"/>
          <w:szCs w:val="24"/>
        </w:rPr>
        <w:t>resources, teamwork in action</w:t>
      </w:r>
    </w:p>
    <w:p w14:paraId="3D022EF1" w14:textId="77777777" w:rsidR="0078568E" w:rsidRPr="00ED42FF" w:rsidRDefault="0078568E" w:rsidP="0078568E">
      <w:pPr>
        <w:numPr>
          <w:ilvl w:val="1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No pupils need to be identifiable</w:t>
      </w:r>
    </w:p>
    <w:p w14:paraId="17CFA59A" w14:textId="77777777" w:rsidR="0078568E" w:rsidRPr="00ED42FF" w:rsidRDefault="0078568E" w:rsidP="0078568E">
      <w:pPr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t>✅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Share a reflection</w:t>
      </w:r>
    </w:p>
    <w:p w14:paraId="1410B474" w14:textId="77777777" w:rsidR="0078568E" w:rsidRPr="00ED42FF" w:rsidRDefault="0078568E" w:rsidP="0078568E">
      <w:pPr>
        <w:numPr>
          <w:ilvl w:val="1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One thing </w:t>
      </w:r>
      <w:proofErr w:type="gramStart"/>
      <w:r w:rsidRPr="00ED42FF">
        <w:rPr>
          <w:sz w:val="24"/>
          <w:szCs w:val="24"/>
        </w:rPr>
        <w:t>pupils</w:t>
      </w:r>
      <w:proofErr w:type="gramEnd"/>
      <w:r w:rsidRPr="00ED42FF">
        <w:rPr>
          <w:sz w:val="24"/>
          <w:szCs w:val="24"/>
        </w:rPr>
        <w:t xml:space="preserve"> learned about biomedical science</w:t>
      </w:r>
    </w:p>
    <w:p w14:paraId="5FE77FC2" w14:textId="3B78321D" w:rsidR="0078568E" w:rsidRPr="00ED42FF" w:rsidRDefault="0078568E" w:rsidP="0078568E">
      <w:pPr>
        <w:numPr>
          <w:ilvl w:val="1"/>
          <w:numId w:val="12"/>
        </w:num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One teamwork skill they used</w:t>
      </w:r>
      <w:r w:rsidR="00580C61">
        <w:rPr>
          <w:sz w:val="24"/>
          <w:szCs w:val="24"/>
        </w:rPr>
        <w:t xml:space="preserve"> to beat the clock for the challenge</w:t>
      </w:r>
    </w:p>
    <w:p w14:paraId="6FCEABD8" w14:textId="328E0311" w:rsidR="00AA164D" w:rsidRDefault="00AA164D" w:rsidP="00AA164D">
      <w:pPr>
        <w:pStyle w:val="Heading2"/>
      </w:pPr>
      <w:r>
        <w:t xml:space="preserve">Social Media </w:t>
      </w:r>
      <w:r w:rsidR="004F0879">
        <w:t>updates for your challenge</w:t>
      </w:r>
    </w:p>
    <w:p w14:paraId="2CCC9AF7" w14:textId="1DE8D273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Schools can share on school </w:t>
      </w:r>
      <w:r w:rsidR="00AA164D">
        <w:rPr>
          <w:sz w:val="24"/>
          <w:szCs w:val="24"/>
        </w:rPr>
        <w:t xml:space="preserve">approved </w:t>
      </w:r>
      <w:r w:rsidRPr="00ED42FF">
        <w:rPr>
          <w:sz w:val="24"/>
          <w:szCs w:val="24"/>
        </w:rPr>
        <w:t xml:space="preserve">social channels, or via the suggested campaign hashtags </w:t>
      </w:r>
      <w:r w:rsidR="00956D00">
        <w:rPr>
          <w:sz w:val="24"/>
          <w:szCs w:val="24"/>
        </w:rPr>
        <w:t xml:space="preserve">and tag in the </w:t>
      </w:r>
      <w:hyperlink r:id="rId7" w:history="1">
        <w:r w:rsidR="00141FDF" w:rsidRPr="00141FDF">
          <w:rPr>
            <w:rStyle w:val="Hyperlink"/>
            <w:sz w:val="24"/>
            <w:szCs w:val="24"/>
          </w:rPr>
          <w:t>Healthcare Science PSD Scotland page</w:t>
        </w:r>
      </w:hyperlink>
      <w:r w:rsidR="00141FDF">
        <w:rPr>
          <w:sz w:val="24"/>
          <w:szCs w:val="24"/>
        </w:rPr>
        <w:t xml:space="preserve"> on Facebook or </w:t>
      </w:r>
      <w:hyperlink r:id="rId8" w:history="1">
        <w:r w:rsidR="005104E0" w:rsidRPr="005104E0">
          <w:rPr>
            <w:rStyle w:val="Hyperlink"/>
            <w:sz w:val="24"/>
            <w:szCs w:val="24"/>
          </w:rPr>
          <w:t>Instagram</w:t>
        </w:r>
      </w:hyperlink>
      <w:r w:rsidR="00141FDF">
        <w:rPr>
          <w:sz w:val="24"/>
          <w:szCs w:val="24"/>
        </w:rPr>
        <w:t xml:space="preserve"> </w:t>
      </w:r>
      <w:r w:rsidR="00956D00">
        <w:rPr>
          <w:sz w:val="24"/>
          <w:szCs w:val="24"/>
        </w:rPr>
        <w:t xml:space="preserve">, </w:t>
      </w:r>
      <w:hyperlink r:id="rId9" w:history="1">
        <w:r w:rsidR="00956D00" w:rsidRPr="002D7F93">
          <w:rPr>
            <w:rStyle w:val="Hyperlink"/>
            <w:sz w:val="24"/>
            <w:szCs w:val="24"/>
          </w:rPr>
          <w:t>My World of Work</w:t>
        </w:r>
      </w:hyperlink>
      <w:r w:rsidR="004672DB">
        <w:rPr>
          <w:sz w:val="24"/>
          <w:szCs w:val="24"/>
        </w:rPr>
        <w:t xml:space="preserve"> and </w:t>
      </w:r>
      <w:hyperlink r:id="rId10" w:history="1">
        <w:r w:rsidR="004672DB" w:rsidRPr="00E53FF5">
          <w:rPr>
            <w:rStyle w:val="Hyperlink"/>
            <w:sz w:val="24"/>
            <w:szCs w:val="24"/>
          </w:rPr>
          <w:t>Institute of Biomedical Science</w:t>
        </w:r>
      </w:hyperlink>
      <w:r w:rsidR="00AA164D">
        <w:rPr>
          <w:sz w:val="24"/>
          <w:szCs w:val="24"/>
        </w:rPr>
        <w:t xml:space="preserve"> </w:t>
      </w:r>
      <w:r w:rsidR="00B7358D" w:rsidRPr="005654B8">
        <w:rPr>
          <w:b/>
          <w:bCs/>
          <w:sz w:val="24"/>
          <w:szCs w:val="24"/>
        </w:rPr>
        <w:t>#BiomedicalScienceDay2026, #AtTheHeartOfHealthcare</w:t>
      </w:r>
      <w:r w:rsidR="000E4763">
        <w:rPr>
          <w:sz w:val="24"/>
          <w:szCs w:val="24"/>
        </w:rPr>
        <w:t xml:space="preserve"> </w:t>
      </w:r>
    </w:p>
    <w:p w14:paraId="4061BC50" w14:textId="77777777" w:rsidR="0078568E" w:rsidRPr="004926DA" w:rsidRDefault="0078568E" w:rsidP="005B0B7B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 xml:space="preserve">How Participation is </w:t>
      </w:r>
      <w:proofErr w:type="spellStart"/>
      <w:r w:rsidRPr="004926DA">
        <w:rPr>
          <w:sz w:val="24"/>
          <w:szCs w:val="24"/>
        </w:rPr>
        <w:t>Recognised</w:t>
      </w:r>
      <w:proofErr w:type="spellEnd"/>
    </w:p>
    <w:p w14:paraId="008226F4" w14:textId="77777777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>All participating schools will receive:</w:t>
      </w:r>
    </w:p>
    <w:p w14:paraId="1C1D029C" w14:textId="1F0EFDA9" w:rsidR="0078568E" w:rsidRPr="00ED42FF" w:rsidRDefault="0078568E" w:rsidP="0078568E">
      <w:pPr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t>🧪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A digital participation certificate</w:t>
      </w:r>
      <w:r w:rsidRPr="00ED42FF">
        <w:rPr>
          <w:sz w:val="24"/>
          <w:szCs w:val="24"/>
        </w:rPr>
        <w:br/>
      </w:r>
      <w:r w:rsidRPr="00ED42FF">
        <w:rPr>
          <w:i/>
          <w:iCs/>
          <w:sz w:val="24"/>
          <w:szCs w:val="24"/>
        </w:rPr>
        <w:t>Biomedical Science Day 2026 – Super Samples Challenge</w:t>
      </w:r>
      <w:r w:rsidR="004672DB">
        <w:rPr>
          <w:i/>
          <w:iCs/>
          <w:sz w:val="24"/>
          <w:szCs w:val="24"/>
        </w:rPr>
        <w:t xml:space="preserve"> (</w:t>
      </w:r>
      <w:r w:rsidR="008A2F4E">
        <w:rPr>
          <w:i/>
          <w:iCs/>
          <w:sz w:val="24"/>
          <w:szCs w:val="24"/>
        </w:rPr>
        <w:t xml:space="preserve">send your photos to </w:t>
      </w:r>
      <w:hyperlink r:id="rId11" w:history="1">
        <w:r w:rsidR="006E0CCA" w:rsidRPr="00CC02C2">
          <w:rPr>
            <w:rStyle w:val="Hyperlink"/>
            <w:i/>
            <w:iCs/>
            <w:sz w:val="24"/>
            <w:szCs w:val="24"/>
          </w:rPr>
          <w:t>hcs@nes.scot.nhs.uk</w:t>
        </w:r>
      </w:hyperlink>
      <w:r w:rsidR="006E0CCA">
        <w:rPr>
          <w:i/>
          <w:iCs/>
          <w:sz w:val="24"/>
          <w:szCs w:val="24"/>
        </w:rPr>
        <w:t xml:space="preserve"> and receive your certificate</w:t>
      </w:r>
      <w:r w:rsidR="008A2F4E">
        <w:rPr>
          <w:i/>
          <w:iCs/>
          <w:sz w:val="24"/>
          <w:szCs w:val="24"/>
        </w:rPr>
        <w:t>)</w:t>
      </w:r>
    </w:p>
    <w:p w14:paraId="1FF9D558" w14:textId="587379D7" w:rsidR="0078568E" w:rsidRPr="00ED42FF" w:rsidRDefault="0078568E" w:rsidP="0078568E">
      <w:pPr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t>🧪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Celebration and shout</w:t>
      </w:r>
      <w:r w:rsidRPr="00ED42FF">
        <w:rPr>
          <w:b/>
          <w:bCs/>
          <w:sz w:val="24"/>
          <w:szCs w:val="24"/>
        </w:rPr>
        <w:noBreakHyphen/>
        <w:t>outs</w:t>
      </w:r>
      <w:r w:rsidRPr="00ED42FF">
        <w:rPr>
          <w:sz w:val="24"/>
          <w:szCs w:val="24"/>
        </w:rPr>
        <w:br/>
        <w:t>Selected schools may be featured on NHS Scotland Careers or Biomedical Science Day posts</w:t>
      </w:r>
      <w:r w:rsidR="00FC2573" w:rsidRPr="004926DA">
        <w:rPr>
          <w:sz w:val="24"/>
          <w:szCs w:val="24"/>
        </w:rPr>
        <w:t xml:space="preserve"> </w:t>
      </w:r>
    </w:p>
    <w:p w14:paraId="4E7A5890" w14:textId="1D59A9C2" w:rsidR="0078568E" w:rsidRPr="00ED42FF" w:rsidRDefault="0078568E" w:rsidP="0078568E">
      <w:pPr>
        <w:numPr>
          <w:ilvl w:val="0"/>
          <w:numId w:val="13"/>
        </w:numPr>
        <w:spacing w:after="160" w:line="259" w:lineRule="auto"/>
        <w:rPr>
          <w:sz w:val="24"/>
          <w:szCs w:val="24"/>
        </w:rPr>
      </w:pPr>
      <w:r w:rsidRPr="00ED42FF">
        <w:rPr>
          <w:rFonts w:ascii="Segoe UI Emoji" w:hAnsi="Segoe UI Emoji" w:cs="Segoe UI Emoji"/>
          <w:sz w:val="24"/>
          <w:szCs w:val="24"/>
        </w:rPr>
        <w:lastRenderedPageBreak/>
        <w:t>🧪</w:t>
      </w:r>
      <w:r w:rsidRPr="00ED42FF">
        <w:rPr>
          <w:sz w:val="24"/>
          <w:szCs w:val="24"/>
        </w:rPr>
        <w:t xml:space="preserve"> </w:t>
      </w:r>
      <w:r w:rsidRPr="00ED42FF">
        <w:rPr>
          <w:b/>
          <w:bCs/>
          <w:sz w:val="24"/>
          <w:szCs w:val="24"/>
        </w:rPr>
        <w:t>Opportunities to connect to careers</w:t>
      </w:r>
      <w:r w:rsidRPr="00ED42FF">
        <w:rPr>
          <w:sz w:val="24"/>
          <w:szCs w:val="24"/>
        </w:rPr>
        <w:br/>
        <w:t>Links to real NHS biomedical science roles and pathways</w:t>
      </w:r>
    </w:p>
    <w:p w14:paraId="46A4685D" w14:textId="03A8B596" w:rsidR="0078568E" w:rsidRPr="00ED42FF" w:rsidRDefault="0078568E" w:rsidP="0078568E">
      <w:pPr>
        <w:spacing w:after="160" w:line="259" w:lineRule="auto"/>
        <w:rPr>
          <w:sz w:val="24"/>
          <w:szCs w:val="24"/>
        </w:rPr>
      </w:pPr>
      <w:r w:rsidRPr="00ED42FF">
        <w:rPr>
          <w:sz w:val="24"/>
          <w:szCs w:val="24"/>
        </w:rPr>
        <w:t xml:space="preserve">There are </w:t>
      </w:r>
      <w:r w:rsidRPr="00ED42FF">
        <w:rPr>
          <w:b/>
          <w:bCs/>
          <w:sz w:val="24"/>
          <w:szCs w:val="24"/>
        </w:rPr>
        <w:t>no winners or losers</w:t>
      </w:r>
      <w:r w:rsidRPr="00ED42FF">
        <w:rPr>
          <w:sz w:val="24"/>
          <w:szCs w:val="24"/>
        </w:rPr>
        <w:t xml:space="preserve"> – the focus is on curiosity, teamwork and learning together. </w:t>
      </w:r>
    </w:p>
    <w:p w14:paraId="2C448410" w14:textId="77777777" w:rsidR="0078568E" w:rsidRPr="00ED42FF" w:rsidRDefault="0078568E" w:rsidP="0078568E">
      <w:pPr>
        <w:spacing w:after="160" w:line="259" w:lineRule="auto"/>
        <w:rPr>
          <w:b/>
          <w:bCs/>
          <w:sz w:val="24"/>
          <w:szCs w:val="24"/>
        </w:rPr>
      </w:pPr>
      <w:r w:rsidRPr="00ED42FF">
        <w:rPr>
          <w:b/>
          <w:bCs/>
          <w:sz w:val="24"/>
          <w:szCs w:val="24"/>
        </w:rPr>
        <w:t>Why Take Part?</w:t>
      </w:r>
    </w:p>
    <w:p w14:paraId="5B8B3034" w14:textId="77777777" w:rsidR="0078568E" w:rsidRPr="00ED42FF" w:rsidRDefault="0078568E" w:rsidP="009B35E0">
      <w:pPr>
        <w:spacing w:after="160" w:line="259" w:lineRule="auto"/>
        <w:rPr>
          <w:sz w:val="24"/>
          <w:szCs w:val="24"/>
        </w:rPr>
      </w:pPr>
      <w:r w:rsidRPr="00ED42FF">
        <w:rPr>
          <w:rFonts w:ascii="Segoe UI Symbol" w:hAnsi="Segoe UI Symbol" w:cs="Segoe UI Symbol"/>
          <w:sz w:val="24"/>
          <w:szCs w:val="24"/>
        </w:rPr>
        <w:t>✔</w:t>
      </w:r>
      <w:r w:rsidRPr="00ED42FF">
        <w:rPr>
          <w:sz w:val="24"/>
          <w:szCs w:val="24"/>
        </w:rPr>
        <w:t xml:space="preserve"> Ready</w:t>
      </w:r>
      <w:r w:rsidRPr="00ED42FF">
        <w:rPr>
          <w:sz w:val="24"/>
          <w:szCs w:val="24"/>
        </w:rPr>
        <w:noBreakHyphen/>
        <w:t>to</w:t>
      </w:r>
      <w:r w:rsidRPr="00ED42FF">
        <w:rPr>
          <w:sz w:val="24"/>
          <w:szCs w:val="24"/>
        </w:rPr>
        <w:noBreakHyphen/>
        <w:t>use classroom activity</w:t>
      </w:r>
    </w:p>
    <w:p w14:paraId="05C5254B" w14:textId="77777777" w:rsidR="0078568E" w:rsidRPr="00ED42FF" w:rsidRDefault="0078568E" w:rsidP="009B35E0">
      <w:pPr>
        <w:spacing w:after="160" w:line="259" w:lineRule="auto"/>
        <w:rPr>
          <w:sz w:val="24"/>
          <w:szCs w:val="24"/>
        </w:rPr>
      </w:pPr>
      <w:r w:rsidRPr="00ED42FF">
        <w:rPr>
          <w:rFonts w:ascii="Segoe UI Symbol" w:hAnsi="Segoe UI Symbol" w:cs="Segoe UI Symbol"/>
          <w:sz w:val="24"/>
          <w:szCs w:val="24"/>
        </w:rPr>
        <w:t>✔</w:t>
      </w:r>
      <w:r w:rsidRPr="00ED42FF">
        <w:rPr>
          <w:sz w:val="24"/>
          <w:szCs w:val="24"/>
        </w:rPr>
        <w:t xml:space="preserve"> Links science learning to real NHS careers</w:t>
      </w:r>
    </w:p>
    <w:p w14:paraId="77345F05" w14:textId="77777777" w:rsidR="0078568E" w:rsidRPr="00ED42FF" w:rsidRDefault="0078568E" w:rsidP="009B35E0">
      <w:pPr>
        <w:spacing w:after="160" w:line="259" w:lineRule="auto"/>
        <w:rPr>
          <w:sz w:val="24"/>
          <w:szCs w:val="24"/>
        </w:rPr>
      </w:pPr>
      <w:r w:rsidRPr="00ED42FF">
        <w:rPr>
          <w:rFonts w:ascii="Segoe UI Symbol" w:hAnsi="Segoe UI Symbol" w:cs="Segoe UI Symbol"/>
          <w:sz w:val="24"/>
          <w:szCs w:val="24"/>
        </w:rPr>
        <w:t>✔</w:t>
      </w:r>
      <w:r w:rsidRPr="00ED42FF">
        <w:rPr>
          <w:sz w:val="24"/>
          <w:szCs w:val="24"/>
        </w:rPr>
        <w:t xml:space="preserve"> Builds teamwork and communication skills</w:t>
      </w:r>
    </w:p>
    <w:p w14:paraId="2F2E4C89" w14:textId="77777777" w:rsidR="0078568E" w:rsidRPr="00ED42FF" w:rsidRDefault="0078568E" w:rsidP="009B35E0">
      <w:pPr>
        <w:spacing w:after="160" w:line="259" w:lineRule="auto"/>
        <w:rPr>
          <w:sz w:val="24"/>
          <w:szCs w:val="24"/>
        </w:rPr>
      </w:pPr>
      <w:r w:rsidRPr="00ED42FF">
        <w:rPr>
          <w:rFonts w:ascii="Segoe UI Symbol" w:hAnsi="Segoe UI Symbol" w:cs="Segoe UI Symbol"/>
          <w:sz w:val="24"/>
          <w:szCs w:val="24"/>
        </w:rPr>
        <w:t>✔</w:t>
      </w:r>
      <w:r w:rsidRPr="00ED42FF">
        <w:rPr>
          <w:sz w:val="24"/>
          <w:szCs w:val="24"/>
        </w:rPr>
        <w:t xml:space="preserve"> Celebrates Biomedical Science Day in a meaningful way</w:t>
      </w:r>
    </w:p>
    <w:p w14:paraId="36507BC8" w14:textId="77777777" w:rsidR="0031215B" w:rsidRPr="004926DA" w:rsidRDefault="00000000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>Careers connection</w:t>
      </w:r>
    </w:p>
    <w:p w14:paraId="05D40438" w14:textId="7CF61609" w:rsidR="008E7D9F" w:rsidRPr="004926DA" w:rsidRDefault="00000000" w:rsidP="008E7D9F">
      <w:pPr>
        <w:rPr>
          <w:sz w:val="24"/>
          <w:szCs w:val="24"/>
        </w:rPr>
      </w:pPr>
      <w:r w:rsidRPr="004926DA">
        <w:rPr>
          <w:sz w:val="24"/>
          <w:szCs w:val="24"/>
        </w:rPr>
        <w:t>Biomedical scientists play a vital role in NHS Scotland, supporting diagnosis, treatment and public health. There are clear pathways into biomedical science careers through school subjects, further and higher education, and workplace learning.</w:t>
      </w:r>
      <w:r w:rsidR="00956D00">
        <w:rPr>
          <w:sz w:val="24"/>
          <w:szCs w:val="24"/>
        </w:rPr>
        <w:t xml:space="preserve">  See the QR Links below </w:t>
      </w:r>
    </w:p>
    <w:p w14:paraId="281F0ABA" w14:textId="4FFFCDFB" w:rsidR="0031215B" w:rsidRPr="004926DA" w:rsidRDefault="00000000">
      <w:pPr>
        <w:pStyle w:val="Heading2"/>
        <w:rPr>
          <w:sz w:val="24"/>
          <w:szCs w:val="24"/>
        </w:rPr>
      </w:pPr>
      <w:r w:rsidRPr="004926DA">
        <w:rPr>
          <w:sz w:val="24"/>
          <w:szCs w:val="24"/>
        </w:rPr>
        <w:t>Explore further</w:t>
      </w:r>
      <w:r w:rsidR="007D2563" w:rsidRPr="004926DA">
        <w:rPr>
          <w:sz w:val="24"/>
          <w:szCs w:val="24"/>
        </w:rPr>
        <w:t xml:space="preserve"> to take part for your classroom</w:t>
      </w:r>
    </w:p>
    <w:p w14:paraId="75F6101C" w14:textId="03C92A45" w:rsidR="007D2563" w:rsidRPr="004926DA" w:rsidRDefault="00000000">
      <w:pPr>
        <w:rPr>
          <w:sz w:val="24"/>
          <w:szCs w:val="24"/>
        </w:rPr>
      </w:pPr>
      <w:r w:rsidRPr="004926DA">
        <w:rPr>
          <w:sz w:val="24"/>
          <w:szCs w:val="24"/>
        </w:rPr>
        <w:t>Scan the QR codes below to explore resources and careers information.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3845"/>
      </w:tblGrid>
      <w:tr w:rsidR="00813FC3" w:rsidRPr="004926DA" w14:paraId="42E9D007" w14:textId="77777777" w:rsidTr="00B0602E">
        <w:tc>
          <w:tcPr>
            <w:tcW w:w="4315" w:type="dxa"/>
          </w:tcPr>
          <w:p w14:paraId="5B1E056D" w14:textId="77777777" w:rsidR="00813FC3" w:rsidRDefault="00517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Classroom Clash ‘Super Samples’ Game</w:t>
            </w:r>
          </w:p>
          <w:p w14:paraId="2D23B1E2" w14:textId="67DD4332" w:rsidR="00E02E3B" w:rsidRPr="004926DA" w:rsidRDefault="00E441DE">
            <w:pPr>
              <w:rPr>
                <w:sz w:val="24"/>
                <w:szCs w:val="24"/>
              </w:rPr>
            </w:pPr>
            <w:hyperlink r:id="rId12" w:history="1">
              <w:r w:rsidRPr="00E441DE">
                <w:rPr>
                  <w:rStyle w:val="Hyperlink"/>
                  <w:sz w:val="24"/>
                  <w:szCs w:val="24"/>
                </w:rPr>
                <w:t>Classroom Clash - Skills Development Scotland"</w:t>
              </w:r>
            </w:hyperlink>
          </w:p>
        </w:tc>
        <w:tc>
          <w:tcPr>
            <w:tcW w:w="4315" w:type="dxa"/>
          </w:tcPr>
          <w:p w14:paraId="69210744" w14:textId="4E8AAFD2" w:rsidR="00813FC3" w:rsidRPr="004926DA" w:rsidRDefault="00E441DE" w:rsidP="00813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Classroom </w:t>
            </w:r>
            <w:r w:rsidR="00813FC3" w:rsidRPr="004926DA">
              <w:rPr>
                <w:sz w:val="24"/>
                <w:szCs w:val="24"/>
              </w:rPr>
              <w:t xml:space="preserve">Super Samples </w:t>
            </w:r>
            <w:proofErr w:type="gramStart"/>
            <w:r w:rsidR="00813FC3" w:rsidRPr="004926DA">
              <w:rPr>
                <w:sz w:val="24"/>
                <w:szCs w:val="24"/>
              </w:rPr>
              <w:t>lesson</w:t>
            </w:r>
            <w:proofErr w:type="gramEnd"/>
            <w:r w:rsidR="00813FC3" w:rsidRPr="004926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Plan</w:t>
            </w:r>
          </w:p>
          <w:p w14:paraId="4D6BFD86" w14:textId="08E12FF3" w:rsidR="00813FC3" w:rsidRPr="004926DA" w:rsidRDefault="00813FC3" w:rsidP="00813FC3">
            <w:pPr>
              <w:rPr>
                <w:sz w:val="24"/>
                <w:szCs w:val="24"/>
              </w:rPr>
            </w:pPr>
            <w:hyperlink r:id="rId13" w:history="1">
              <w:r w:rsidRPr="004926DA">
                <w:rPr>
                  <w:rStyle w:val="Hyperlink"/>
                  <w:sz w:val="24"/>
                  <w:szCs w:val="24"/>
                </w:rPr>
                <w:t>2000_classroom-clash-online-teacher-resources-super-samples.pdf</w:t>
              </w:r>
            </w:hyperlink>
          </w:p>
        </w:tc>
      </w:tr>
      <w:tr w:rsidR="00813FC3" w:rsidRPr="004926DA" w14:paraId="05FD465E" w14:textId="77777777" w:rsidTr="00B0602E">
        <w:tc>
          <w:tcPr>
            <w:tcW w:w="4315" w:type="dxa"/>
          </w:tcPr>
          <w:p w14:paraId="2836EA6F" w14:textId="219618AC" w:rsidR="00813FC3" w:rsidRPr="004926DA" w:rsidRDefault="00102AA1" w:rsidP="00102A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3D38C8" wp14:editId="58D6BFDB">
                  <wp:extent cx="1333500" cy="1381410"/>
                  <wp:effectExtent l="0" t="0" r="0" b="9525"/>
                  <wp:docPr id="16244171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417161" name="Picture 1624417161"/>
                          <pic:cNvPicPr/>
                        </pic:nvPicPr>
                        <pic:blipFill rotWithShape="1">
                          <a:blip r:embed="rId14"/>
                          <a:srcRect l="10297" t="14080" r="7814" b="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57" cy="139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5DCC69A2" w14:textId="072873EB" w:rsidR="00813FC3" w:rsidRPr="004926DA" w:rsidRDefault="00813FC3" w:rsidP="00102AA1">
            <w:pPr>
              <w:jc w:val="center"/>
              <w:rPr>
                <w:sz w:val="24"/>
                <w:szCs w:val="24"/>
              </w:rPr>
            </w:pPr>
            <w:r w:rsidRPr="004926DA">
              <w:rPr>
                <w:noProof/>
                <w:sz w:val="24"/>
                <w:szCs w:val="24"/>
              </w:rPr>
              <w:drawing>
                <wp:inline distT="0" distB="0" distL="0" distR="0" wp14:anchorId="35F3B25F" wp14:editId="610EC299">
                  <wp:extent cx="1440000" cy="14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super_samples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15B" w:rsidRPr="004926DA" w14:paraId="532FDBFC" w14:textId="77777777" w:rsidTr="00B0602E">
        <w:tc>
          <w:tcPr>
            <w:tcW w:w="4315" w:type="dxa"/>
          </w:tcPr>
          <w:p w14:paraId="62B39D5A" w14:textId="77777777" w:rsidR="00910257" w:rsidRDefault="00804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world of Work – Biomedical Scientist career role</w:t>
            </w:r>
          </w:p>
          <w:p w14:paraId="2E30A358" w14:textId="224FEEC5" w:rsidR="0080442B" w:rsidRDefault="00E81E8C">
            <w:pPr>
              <w:rPr>
                <w:sz w:val="24"/>
                <w:szCs w:val="24"/>
              </w:rPr>
            </w:pPr>
            <w:hyperlink r:id="rId16" w:history="1">
              <w:r w:rsidRPr="00CC02C2">
                <w:rPr>
                  <w:rStyle w:val="Hyperlink"/>
                  <w:sz w:val="24"/>
                  <w:szCs w:val="24"/>
                </w:rPr>
                <w:t>https://www.myworldofwork.co.uk/search-job-profiles/job-profiles/biomedical-scientist</w:t>
              </w:r>
            </w:hyperlink>
          </w:p>
          <w:p w14:paraId="626CBBDA" w14:textId="2D768C2C" w:rsidR="00E81E8C" w:rsidRPr="004926DA" w:rsidRDefault="00E81E8C">
            <w:pPr>
              <w:rPr>
                <w:sz w:val="24"/>
                <w:szCs w:val="24"/>
              </w:rPr>
            </w:pPr>
          </w:p>
        </w:tc>
        <w:tc>
          <w:tcPr>
            <w:tcW w:w="4315" w:type="dxa"/>
          </w:tcPr>
          <w:p w14:paraId="28B7E2DD" w14:textId="77777777" w:rsidR="0031215B" w:rsidRPr="004926DA" w:rsidRDefault="00000000">
            <w:pPr>
              <w:rPr>
                <w:sz w:val="24"/>
                <w:szCs w:val="24"/>
              </w:rPr>
            </w:pPr>
            <w:r w:rsidRPr="004926DA">
              <w:rPr>
                <w:sz w:val="24"/>
                <w:szCs w:val="24"/>
              </w:rPr>
              <w:t>Biomedical Scientist careers (NHS Scotland)</w:t>
            </w:r>
          </w:p>
          <w:p w14:paraId="006F918F" w14:textId="322E0069" w:rsidR="00910257" w:rsidRPr="004926DA" w:rsidRDefault="00CC141F">
            <w:pPr>
              <w:rPr>
                <w:sz w:val="24"/>
                <w:szCs w:val="24"/>
              </w:rPr>
            </w:pPr>
            <w:hyperlink r:id="rId17" w:history="1">
              <w:r w:rsidRPr="004926DA">
                <w:rPr>
                  <w:rStyle w:val="Hyperlink"/>
                  <w:sz w:val="24"/>
                  <w:szCs w:val="24"/>
                </w:rPr>
                <w:t xml:space="preserve">Biomedical scientist | </w:t>
              </w:r>
              <w:proofErr w:type="spellStart"/>
              <w:r w:rsidRPr="004926DA">
                <w:rPr>
                  <w:rStyle w:val="Hyperlink"/>
                  <w:sz w:val="24"/>
                  <w:szCs w:val="24"/>
                </w:rPr>
                <w:t>NHSScotland</w:t>
              </w:r>
              <w:proofErr w:type="spellEnd"/>
              <w:r w:rsidRPr="004926DA">
                <w:rPr>
                  <w:rStyle w:val="Hyperlink"/>
                  <w:sz w:val="24"/>
                  <w:szCs w:val="24"/>
                </w:rPr>
                <w:t xml:space="preserve"> Careers</w:t>
              </w:r>
            </w:hyperlink>
          </w:p>
        </w:tc>
      </w:tr>
      <w:tr w:rsidR="0031215B" w:rsidRPr="004926DA" w14:paraId="65E4ECB7" w14:textId="77777777" w:rsidTr="00B0602E">
        <w:tc>
          <w:tcPr>
            <w:tcW w:w="4315" w:type="dxa"/>
          </w:tcPr>
          <w:p w14:paraId="6E1745DC" w14:textId="2EC6E524" w:rsidR="0031215B" w:rsidRPr="004926DA" w:rsidRDefault="00E441D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F5173AA" wp14:editId="6BC7888A">
                  <wp:extent cx="1304925" cy="1327920"/>
                  <wp:effectExtent l="0" t="0" r="0" b="5715"/>
                  <wp:docPr id="12808655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865572" name="Picture 1280865572"/>
                          <pic:cNvPicPr/>
                        </pic:nvPicPr>
                        <pic:blipFill rotWithShape="1">
                          <a:blip r:embed="rId18"/>
                          <a:srcRect l="11459" t="15115" r="9722" b="12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88" cy="133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0DE00322" w14:textId="77777777" w:rsidR="0031215B" w:rsidRPr="004926DA" w:rsidRDefault="00000000" w:rsidP="00102AA1">
            <w:pPr>
              <w:jc w:val="center"/>
              <w:rPr>
                <w:sz w:val="24"/>
                <w:szCs w:val="24"/>
              </w:rPr>
            </w:pPr>
            <w:r w:rsidRPr="004926DA">
              <w:rPr>
                <w:noProof/>
                <w:sz w:val="24"/>
                <w:szCs w:val="24"/>
              </w:rPr>
              <w:drawing>
                <wp:inline distT="0" distB="0" distL="0" distR="0" wp14:anchorId="76E3D67B" wp14:editId="5335527C">
                  <wp:extent cx="1439545" cy="1362075"/>
                  <wp:effectExtent l="0" t="0" r="825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biomedical_scientist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1" cy="136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1B18E" w14:textId="77777777" w:rsidR="00AC355A" w:rsidRPr="004926DA" w:rsidRDefault="00AC355A">
      <w:pPr>
        <w:rPr>
          <w:sz w:val="24"/>
          <w:szCs w:val="24"/>
        </w:rPr>
      </w:pPr>
    </w:p>
    <w:p w14:paraId="12D2DF23" w14:textId="41BDA0F8" w:rsidR="008E7D9F" w:rsidRPr="004926DA" w:rsidRDefault="008E7D9F" w:rsidP="008E7D9F">
      <w:pPr>
        <w:pStyle w:val="Heading2"/>
        <w:rPr>
          <w:sz w:val="24"/>
          <w:szCs w:val="24"/>
        </w:rPr>
      </w:pPr>
    </w:p>
    <w:p w14:paraId="70BC47DB" w14:textId="77777777" w:rsidR="008E7D9F" w:rsidRPr="004926DA" w:rsidRDefault="008E7D9F" w:rsidP="008E7D9F">
      <w:pPr>
        <w:rPr>
          <w:sz w:val="24"/>
          <w:szCs w:val="24"/>
        </w:rPr>
      </w:pPr>
    </w:p>
    <w:p w14:paraId="42F18F29" w14:textId="77777777" w:rsidR="008E7D9F" w:rsidRPr="004926DA" w:rsidRDefault="008E7D9F" w:rsidP="008E7D9F">
      <w:pPr>
        <w:rPr>
          <w:sz w:val="24"/>
          <w:szCs w:val="24"/>
        </w:rPr>
      </w:pPr>
    </w:p>
    <w:p w14:paraId="0868A115" w14:textId="77777777" w:rsidR="008E7D9F" w:rsidRPr="004926DA" w:rsidRDefault="008E7D9F">
      <w:pPr>
        <w:rPr>
          <w:sz w:val="24"/>
          <w:szCs w:val="24"/>
        </w:rPr>
      </w:pPr>
    </w:p>
    <w:p w14:paraId="451FB80C" w14:textId="123AD9B0" w:rsidR="008E7D9F" w:rsidRPr="004926DA" w:rsidRDefault="008E7D9F">
      <w:pPr>
        <w:rPr>
          <w:sz w:val="24"/>
          <w:szCs w:val="24"/>
        </w:rPr>
      </w:pPr>
    </w:p>
    <w:sectPr w:rsidR="008E7D9F" w:rsidRPr="004926D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CB29DC"/>
    <w:multiLevelType w:val="multilevel"/>
    <w:tmpl w:val="32EA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E02925"/>
    <w:multiLevelType w:val="multilevel"/>
    <w:tmpl w:val="386A8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D606A2"/>
    <w:multiLevelType w:val="multilevel"/>
    <w:tmpl w:val="581E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230F22"/>
    <w:multiLevelType w:val="multilevel"/>
    <w:tmpl w:val="8F78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5F74DD"/>
    <w:multiLevelType w:val="multilevel"/>
    <w:tmpl w:val="33B0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6793801">
    <w:abstractNumId w:val="8"/>
  </w:num>
  <w:num w:numId="2" w16cid:durableId="973753124">
    <w:abstractNumId w:val="6"/>
  </w:num>
  <w:num w:numId="3" w16cid:durableId="485710541">
    <w:abstractNumId w:val="5"/>
  </w:num>
  <w:num w:numId="4" w16cid:durableId="1395279049">
    <w:abstractNumId w:val="4"/>
  </w:num>
  <w:num w:numId="5" w16cid:durableId="123433252">
    <w:abstractNumId w:val="7"/>
  </w:num>
  <w:num w:numId="6" w16cid:durableId="1909413507">
    <w:abstractNumId w:val="3"/>
  </w:num>
  <w:num w:numId="7" w16cid:durableId="1180924986">
    <w:abstractNumId w:val="2"/>
  </w:num>
  <w:num w:numId="8" w16cid:durableId="544370432">
    <w:abstractNumId w:val="1"/>
  </w:num>
  <w:num w:numId="9" w16cid:durableId="305673079">
    <w:abstractNumId w:val="0"/>
  </w:num>
  <w:num w:numId="10" w16cid:durableId="1558010932">
    <w:abstractNumId w:val="9"/>
  </w:num>
  <w:num w:numId="11" w16cid:durableId="853612223">
    <w:abstractNumId w:val="10"/>
  </w:num>
  <w:num w:numId="12" w16cid:durableId="1546916499">
    <w:abstractNumId w:val="13"/>
  </w:num>
  <w:num w:numId="13" w16cid:durableId="436146867">
    <w:abstractNumId w:val="12"/>
  </w:num>
  <w:num w:numId="14" w16cid:durableId="19357009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7E89"/>
    <w:rsid w:val="00034616"/>
    <w:rsid w:val="0006063C"/>
    <w:rsid w:val="000E4763"/>
    <w:rsid w:val="00102AA1"/>
    <w:rsid w:val="00114D86"/>
    <w:rsid w:val="00141FDF"/>
    <w:rsid w:val="0015074B"/>
    <w:rsid w:val="00182AA2"/>
    <w:rsid w:val="001E10F0"/>
    <w:rsid w:val="0029639D"/>
    <w:rsid w:val="002A670B"/>
    <w:rsid w:val="002D7F93"/>
    <w:rsid w:val="0031215B"/>
    <w:rsid w:val="00326F90"/>
    <w:rsid w:val="0041330D"/>
    <w:rsid w:val="004514E1"/>
    <w:rsid w:val="00452617"/>
    <w:rsid w:val="004672DB"/>
    <w:rsid w:val="004926DA"/>
    <w:rsid w:val="004A44F3"/>
    <w:rsid w:val="004F0879"/>
    <w:rsid w:val="005001C6"/>
    <w:rsid w:val="0050240C"/>
    <w:rsid w:val="005104E0"/>
    <w:rsid w:val="005171F7"/>
    <w:rsid w:val="005654B8"/>
    <w:rsid w:val="00580C61"/>
    <w:rsid w:val="005B0B7B"/>
    <w:rsid w:val="005D6720"/>
    <w:rsid w:val="00644D25"/>
    <w:rsid w:val="006E0CCA"/>
    <w:rsid w:val="00727E3F"/>
    <w:rsid w:val="00781A66"/>
    <w:rsid w:val="0078568E"/>
    <w:rsid w:val="007D2563"/>
    <w:rsid w:val="007D32A5"/>
    <w:rsid w:val="0080442B"/>
    <w:rsid w:val="00813FC3"/>
    <w:rsid w:val="008A2F4E"/>
    <w:rsid w:val="008E7D9F"/>
    <w:rsid w:val="00910257"/>
    <w:rsid w:val="00956D00"/>
    <w:rsid w:val="009B35E0"/>
    <w:rsid w:val="00A1111E"/>
    <w:rsid w:val="00A578A2"/>
    <w:rsid w:val="00A64245"/>
    <w:rsid w:val="00AA164D"/>
    <w:rsid w:val="00AA1D8D"/>
    <w:rsid w:val="00AC355A"/>
    <w:rsid w:val="00AD706E"/>
    <w:rsid w:val="00AE3442"/>
    <w:rsid w:val="00B0602E"/>
    <w:rsid w:val="00B47730"/>
    <w:rsid w:val="00B7358D"/>
    <w:rsid w:val="00BE0E1B"/>
    <w:rsid w:val="00C5145F"/>
    <w:rsid w:val="00CB0664"/>
    <w:rsid w:val="00CC141F"/>
    <w:rsid w:val="00D17DEA"/>
    <w:rsid w:val="00DA634A"/>
    <w:rsid w:val="00DB5487"/>
    <w:rsid w:val="00DC3C89"/>
    <w:rsid w:val="00DF2BB8"/>
    <w:rsid w:val="00E02E3B"/>
    <w:rsid w:val="00E441DE"/>
    <w:rsid w:val="00E53F7C"/>
    <w:rsid w:val="00E53FF5"/>
    <w:rsid w:val="00E81E8C"/>
    <w:rsid w:val="00F65FF8"/>
    <w:rsid w:val="00FC257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990559"/>
  <w14:defaultImageDpi w14:val="300"/>
  <w15:docId w15:val="{9C0B42A9-DBAD-4516-BDAA-1894483F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9102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healthcaresciencepsdscotland/" TargetMode="External"/><Relationship Id="rId13" Type="http://schemas.openxmlformats.org/officeDocument/2006/relationships/hyperlink" Target="https://www.skillsdevelopmentscotland.co.uk/media/srcn301x/2000_classroom-clash-online-teacher-resources-super-samples.pdf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HealthcareSciencePSDScotland" TargetMode="External"/><Relationship Id="rId12" Type="http://schemas.openxmlformats.org/officeDocument/2006/relationships/hyperlink" Target="https://sds-self-serve.animmersion.cloud/player/Super%20Samples" TargetMode="External"/><Relationship Id="rId17" Type="http://schemas.openxmlformats.org/officeDocument/2006/relationships/hyperlink" Target="https://www.careers.nhs.scot/explore-careers/healthcare-science/laboratory-sciences/biomedical-scienti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yworldofwork.co.uk/search-job-profiles/job-profiles/biomedical-scientis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hcs@nes.scot.nhs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facebook.com/biomedicalscienc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instagram.com/mywowscotland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808</Words>
  <Characters>4300</Characters>
  <Application>Microsoft Office Word</Application>
  <DocSecurity>0</DocSecurity>
  <Lines>116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Claire Cameron</cp:lastModifiedBy>
  <cp:revision>61</cp:revision>
  <dcterms:created xsi:type="dcterms:W3CDTF">2026-04-16T11:41:00Z</dcterms:created>
  <dcterms:modified xsi:type="dcterms:W3CDTF">2026-04-20T14:47:00Z</dcterms:modified>
  <cp:category/>
</cp:coreProperties>
</file>